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9808" w:val="right"/>
        </w:tabs>
      </w:pPr>
      <w:r>
        <w:rPr>
          <w:b/>
          <w:color w:val="1B2B4B"/>
          <w:sz w:val="40"/>
        </w:rPr>
        <w:t>STAVEBNÍ DENÍK</w:t>
      </w:r>
      <w:r>
        <w:rPr>
          <w:b/>
          <w:color w:val="1B2B4B"/>
          <w:sz w:val="22"/>
        </w:rPr>
        <w:tab/>
        <w:t>titulní list</w:t>
      </w:r>
    </w:p>
    <w:p>
      <w:r>
        <w:rPr>
          <w:color w:val="66716E"/>
          <w:sz w:val="17"/>
        </w:rPr>
        <w:t>Vede se ode dne zahájení prací do dokončení stavby; každý zápis nese datum a podpis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118"/>
            <w:shd w:val="clear" w:color="auto" w:fill="1B2B4B"/>
          </w:tcPr>
          <w:p>
            <w:r>
              <w:rPr>
                <w:b/>
                <w:color w:val="FFFFFF"/>
                <w:sz w:val="16"/>
              </w:rPr>
              <w:t>Údaj</w:t>
            </w:r>
          </w:p>
        </w:tc>
        <w:tc>
          <w:tcPr>
            <w:tcW w:type="dxa" w:w="6633"/>
            <w:shd w:val="clear" w:color="auto" w:fill="1B2B4B"/>
          </w:tcPr>
          <w:p>
            <w:r>
              <w:rPr>
                <w:b/>
                <w:color w:val="FFFFFF"/>
                <w:sz w:val="16"/>
              </w:rPr>
              <w:t>Hodnota</w:t>
            </w:r>
          </w:p>
        </w:tc>
      </w:tr>
      <w:tr>
        <w:tc>
          <w:tcPr>
            <w:tcW w:type="dxa" w:w="3118"/>
          </w:tcPr>
          <w:p>
            <w:r>
              <w:rPr>
                <w:sz w:val="18"/>
              </w:rPr>
              <w:t>Název stavby</w:t>
            </w:r>
          </w:p>
        </w:tc>
        <w:tc>
          <w:tcPr>
            <w:tcW w:type="dxa" w:w="6633"/>
          </w:tcPr>
          <w:p>
            <w:r>
              <w:rPr>
                <w:sz w:val="18"/>
              </w:rPr>
              <w:t>[Rekonstrukce RD, Ostrava-Poruba]</w:t>
            </w:r>
          </w:p>
        </w:tc>
      </w:tr>
      <w:tr>
        <w:tc>
          <w:tcPr>
            <w:tcW w:type="dxa" w:w="3118"/>
            <w:shd w:val="clear" w:color="auto" w:fill="F3F4F1"/>
          </w:tcPr>
          <w:p>
            <w:r>
              <w:rPr>
                <w:sz w:val="18"/>
              </w:rPr>
              <w:t>Místo stavby / parcela</w:t>
            </w:r>
          </w:p>
        </w:tc>
        <w:tc>
          <w:tcPr>
            <w:tcW w:type="dxa" w:w="6633"/>
            <w:shd w:val="clear" w:color="auto" w:fill="F3F4F1"/>
          </w:tcPr>
          <w:p>
            <w:r>
              <w:rPr>
                <w:sz w:val="18"/>
              </w:rPr>
              <w:t>[adresa, č. parcely, k. ú.]</w:t>
            </w:r>
          </w:p>
        </w:tc>
      </w:tr>
      <w:tr>
        <w:tc>
          <w:tcPr>
            <w:tcW w:type="dxa" w:w="3118"/>
          </w:tcPr>
          <w:p>
            <w:r>
              <w:rPr>
                <w:sz w:val="18"/>
              </w:rPr>
              <w:t>Stavebník (investor)</w:t>
            </w:r>
          </w:p>
        </w:tc>
        <w:tc>
          <w:tcPr>
            <w:tcW w:type="dxa" w:w="6633"/>
          </w:tcPr>
          <w:p>
            <w:r>
              <w:rPr>
                <w:sz w:val="18"/>
              </w:rPr>
              <w:t>[jméno / firma, IČO]</w:t>
            </w:r>
          </w:p>
        </w:tc>
      </w:tr>
      <w:tr>
        <w:tc>
          <w:tcPr>
            <w:tcW w:type="dxa" w:w="3118"/>
            <w:shd w:val="clear" w:color="auto" w:fill="F3F4F1"/>
          </w:tcPr>
          <w:p>
            <w:r>
              <w:rPr>
                <w:sz w:val="18"/>
              </w:rPr>
              <w:t>Zhotovitel</w:t>
            </w:r>
          </w:p>
        </w:tc>
        <w:tc>
          <w:tcPr>
            <w:tcW w:type="dxa" w:w="6633"/>
            <w:shd w:val="clear" w:color="auto" w:fill="F3F4F1"/>
          </w:tcPr>
          <w:p>
            <w:r>
              <w:rPr>
                <w:sz w:val="18"/>
              </w:rPr>
              <w:t>[firma, IČO, sídlo]</w:t>
            </w:r>
          </w:p>
        </w:tc>
      </w:tr>
      <w:tr>
        <w:tc>
          <w:tcPr>
            <w:tcW w:type="dxa" w:w="3118"/>
          </w:tcPr>
          <w:p>
            <w:r>
              <w:rPr>
                <w:sz w:val="18"/>
              </w:rPr>
              <w:t>Stavbyvedoucí</w:t>
            </w:r>
          </w:p>
        </w:tc>
        <w:tc>
          <w:tcPr>
            <w:tcW w:type="dxa" w:w="6633"/>
          </w:tcPr>
          <w:p>
            <w:r>
              <w:rPr>
                <w:sz w:val="18"/>
              </w:rPr>
              <w:t>[jméno, telefon, oprávnění]</w:t>
            </w:r>
          </w:p>
        </w:tc>
      </w:tr>
      <w:tr>
        <w:tc>
          <w:tcPr>
            <w:tcW w:type="dxa" w:w="3118"/>
            <w:shd w:val="clear" w:color="auto" w:fill="F3F4F1"/>
          </w:tcPr>
          <w:p>
            <w:r>
              <w:rPr>
                <w:sz w:val="18"/>
              </w:rPr>
              <w:t>Technický dozor stavebníka</w:t>
            </w:r>
          </w:p>
        </w:tc>
        <w:tc>
          <w:tcPr>
            <w:tcW w:type="dxa" w:w="6633"/>
            <w:shd w:val="clear" w:color="auto" w:fill="F3F4F1"/>
          </w:tcPr>
          <w:p>
            <w:r>
              <w:rPr>
                <w:sz w:val="18"/>
              </w:rPr>
              <w:t>[jméno, telefon]</w:t>
            </w:r>
          </w:p>
        </w:tc>
      </w:tr>
      <w:tr>
        <w:tc>
          <w:tcPr>
            <w:tcW w:type="dxa" w:w="3118"/>
          </w:tcPr>
          <w:p>
            <w:r>
              <w:rPr>
                <w:sz w:val="18"/>
              </w:rPr>
              <w:t>Projektant / autorský dozor</w:t>
            </w:r>
          </w:p>
        </w:tc>
        <w:tc>
          <w:tcPr>
            <w:tcW w:type="dxa" w:w="6633"/>
          </w:tcPr>
          <w:p>
            <w:r>
              <w:rPr>
                <w:sz w:val="18"/>
              </w:rPr>
              <w:t>[jméno, telefon]</w:t>
            </w:r>
          </w:p>
        </w:tc>
      </w:tr>
      <w:tr>
        <w:tc>
          <w:tcPr>
            <w:tcW w:type="dxa" w:w="3118"/>
            <w:shd w:val="clear" w:color="auto" w:fill="F3F4F1"/>
          </w:tcPr>
          <w:p>
            <w:r>
              <w:rPr>
                <w:sz w:val="18"/>
              </w:rPr>
              <w:t>Stavební povolení / ohlášení</w:t>
            </w:r>
          </w:p>
        </w:tc>
        <w:tc>
          <w:tcPr>
            <w:tcW w:type="dxa" w:w="6633"/>
            <w:shd w:val="clear" w:color="auto" w:fill="F3F4F1"/>
          </w:tcPr>
          <w:p>
            <w:r>
              <w:rPr>
                <w:sz w:val="18"/>
              </w:rPr>
              <w:t>[č. j., datum, úřad]</w:t>
            </w:r>
          </w:p>
        </w:tc>
      </w:tr>
      <w:tr>
        <w:tc>
          <w:tcPr>
            <w:tcW w:type="dxa" w:w="3118"/>
          </w:tcPr>
          <w:p>
            <w:r>
              <w:rPr>
                <w:sz w:val="18"/>
              </w:rPr>
              <w:t>Zahájení / dokončení</w:t>
            </w:r>
          </w:p>
        </w:tc>
        <w:tc>
          <w:tcPr>
            <w:tcW w:type="dxa" w:w="6633"/>
          </w:tcPr>
          <w:p>
            <w:r>
              <w:rPr>
                <w:sz w:val="18"/>
              </w:rPr>
              <w:t>[DD. MM. RRRR] / [DD. MM. RRRR]</w:t>
            </w:r>
          </w:p>
        </w:tc>
      </w:tr>
      <w:tr>
        <w:tc>
          <w:tcPr>
            <w:tcW w:type="dxa" w:w="3118"/>
            <w:shd w:val="clear" w:color="auto" w:fill="F3F4F1"/>
          </w:tcPr>
          <w:p>
            <w:r>
              <w:rPr>
                <w:sz w:val="18"/>
              </w:rPr>
              <w:t>Osoby oprávněné zapisovat</w:t>
            </w:r>
          </w:p>
        </w:tc>
        <w:tc>
          <w:tcPr>
            <w:tcW w:type="dxa" w:w="6633"/>
            <w:shd w:val="clear" w:color="auto" w:fill="F3F4F1"/>
          </w:tcPr>
          <w:p>
            <w:r>
              <w:rPr>
                <w:sz w:val="18"/>
              </w:rPr>
              <w:t>[stavbyvedoucí, TDI, stavebník, projektant, kontrolní orgány]</w:t>
            </w:r>
          </w:p>
        </w:tc>
      </w:tr>
    </w:tbl>
    <w:p>
      <w:r>
        <w:br w:type="page"/>
      </w:r>
    </w:p>
    <w:p>
      <w:pPr>
        <w:tabs>
          <w:tab w:pos="9808" w:val="right"/>
        </w:tabs>
      </w:pPr>
      <w:r>
        <w:rPr>
          <w:b/>
          <w:color w:val="1B2B4B"/>
          <w:sz w:val="40"/>
        </w:rPr>
        <w:t>DENNÍ ZÁZNAM</w:t>
      </w:r>
      <w:r>
        <w:rPr>
          <w:b/>
          <w:color w:val="1B2B4B"/>
          <w:sz w:val="22"/>
        </w:rPr>
        <w:tab/>
        <w:t>list č. ____</w:t>
      </w:r>
    </w:p>
    <w:p>
      <w:r>
        <w:rPr>
          <w:color w:val="66716E"/>
          <w:sz w:val="17"/>
        </w:rPr>
        <w:t>Datum: ____________   Počasí ráno / poledne / večer: ______ / ______ / ______ °C</w:t>
      </w:r>
    </w:p>
    <w:p>
      <w:pPr>
        <w:spacing w:before="160" w:after="40"/>
      </w:pPr>
      <w:r>
        <w:rPr>
          <w:b/>
          <w:color w:val="1B2B4B"/>
          <w:sz w:val="22"/>
        </w:rPr>
        <w:t>Pracovníci na stavbě (počet, profese, firma)</w:t>
      </w:r>
    </w:p>
    <w:p>
      <w:pPr>
        <w:spacing w:after="60"/>
      </w:pPr>
      <w:r>
        <w:rPr>
          <w:b w:val="0"/>
          <w:color w:val="66716E"/>
          <w:sz w:val="18"/>
        </w:rPr>
        <w:t>________________________________________________________________________________________________</w:t>
        <w:br/>
        <w:t>________________________________________________________________________________________________</w:t>
      </w:r>
    </w:p>
    <w:p>
      <w:pPr>
        <w:spacing w:before="160" w:after="40"/>
      </w:pPr>
      <w:r>
        <w:rPr>
          <w:b/>
          <w:color w:val="1B2B4B"/>
          <w:sz w:val="22"/>
        </w:rPr>
        <w:t>Stroje a mechanizace</w:t>
      </w:r>
    </w:p>
    <w:p>
      <w:pPr>
        <w:spacing w:after="60"/>
      </w:pPr>
      <w:r>
        <w:rPr>
          <w:b w:val="0"/>
          <w:color w:val="66716E"/>
          <w:sz w:val="18"/>
        </w:rPr>
        <w:t>________________________________________________________________________________________________</w:t>
        <w:br/>
        <w:t>________________________________________________________________________________________________</w:t>
      </w:r>
    </w:p>
    <w:p>
      <w:pPr>
        <w:spacing w:before="160" w:after="40"/>
      </w:pPr>
      <w:r>
        <w:rPr>
          <w:b/>
          <w:color w:val="1B2B4B"/>
          <w:sz w:val="22"/>
        </w:rPr>
        <w:t>Provedené práce (kde, co, kolik)</w:t>
      </w:r>
    </w:p>
    <w:p>
      <w:pPr>
        <w:spacing w:after="60"/>
      </w:pPr>
      <w:r>
        <w:rPr>
          <w:b w:val="0"/>
          <w:color w:val="66716E"/>
          <w:sz w:val="18"/>
        </w:rPr>
        <w:t>________________________________________________________________________________________________</w:t>
        <w:br/>
        <w:t>________________________________________________________________________________________________</w:t>
        <w:br/>
        <w:t>________________________________________________________________________________________________</w:t>
      </w:r>
    </w:p>
    <w:p>
      <w:pPr>
        <w:spacing w:before="160" w:after="40"/>
      </w:pPr>
      <w:r>
        <w:rPr>
          <w:b/>
          <w:color w:val="1B2B4B"/>
          <w:sz w:val="22"/>
        </w:rPr>
        <w:t>Dodávky materiálu</w:t>
      </w:r>
    </w:p>
    <w:p>
      <w:pPr>
        <w:spacing w:after="60"/>
      </w:pPr>
      <w:r>
        <w:rPr>
          <w:b w:val="0"/>
          <w:color w:val="66716E"/>
          <w:sz w:val="18"/>
        </w:rPr>
        <w:t>________________________________________________________________________________________________</w:t>
        <w:br/>
        <w:t>________________________________________________________________________________________________</w:t>
      </w:r>
    </w:p>
    <w:p>
      <w:pPr>
        <w:spacing w:before="160" w:after="40"/>
      </w:pPr>
      <w:r>
        <w:rPr>
          <w:b/>
          <w:color w:val="1B2B4B"/>
          <w:sz w:val="22"/>
        </w:rPr>
        <w:t>Zkoušky, měření, kontroly</w:t>
      </w:r>
    </w:p>
    <w:p>
      <w:pPr>
        <w:spacing w:after="60"/>
      </w:pPr>
      <w:r>
        <w:rPr>
          <w:b w:val="0"/>
          <w:color w:val="66716E"/>
          <w:sz w:val="18"/>
        </w:rPr>
        <w:t>________________________________________________________________________________________________</w:t>
        <w:br/>
        <w:t>________________________________________________________________________________________________</w:t>
      </w:r>
    </w:p>
    <w:p>
      <w:pPr>
        <w:spacing w:before="160" w:after="40"/>
      </w:pPr>
      <w:r>
        <w:rPr>
          <w:b/>
          <w:color w:val="1B2B4B"/>
          <w:sz w:val="22"/>
        </w:rPr>
        <w:t>Záznamy technického dozoru, stavebníka, projektanta</w:t>
      </w:r>
    </w:p>
    <w:p>
      <w:pPr>
        <w:spacing w:after="60"/>
      </w:pPr>
      <w:r>
        <w:rPr>
          <w:b w:val="0"/>
          <w:color w:val="66716E"/>
          <w:sz w:val="18"/>
        </w:rPr>
        <w:t>________________________________________________________________________________________________</w:t>
        <w:br/>
        <w:t>________________________________________________________________________________________________</w:t>
      </w:r>
    </w:p>
    <w:p>
      <w:pPr>
        <w:spacing w:before="160" w:after="40"/>
      </w:pPr>
      <w:r>
        <w:rPr>
          <w:b/>
          <w:color w:val="1B2B4B"/>
          <w:sz w:val="22"/>
        </w:rPr>
        <w:t>Odchylky od projektu, vícepráce, události (úrazy, přerušení)</w:t>
      </w:r>
    </w:p>
    <w:p>
      <w:pPr>
        <w:spacing w:after="60"/>
      </w:pPr>
      <w:r>
        <w:rPr>
          <w:b w:val="0"/>
          <w:color w:val="66716E"/>
          <w:sz w:val="18"/>
        </w:rPr>
        <w:t>________________________________________________________________________________________________</w:t>
        <w:br/>
        <w:t>________________________________________________________________________________________________</w:t>
      </w:r>
    </w:p>
    <w:p>
      <w:pPr>
        <w:spacing w:after="60"/>
      </w:pPr>
      <w:r>
        <w:rPr>
          <w:b w:val="0"/>
          <w:sz w:val="19"/>
        </w:rPr>
        <w:br/>
        <w:t>Podpis stavbyvedoucího: ______________________      Podpis TDI / stavebníka: ______________________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716E"/>
        <w:sz w:val="14"/>
      </w:rPr>
      <w:t>Vzor zdarma od Aistav · aistav.cz/vzory · ceny bez DPH · náležitosti ověřte s účetní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