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808" w:val="right"/>
        </w:tabs>
      </w:pPr>
      <w:r>
        <w:rPr>
          <w:b/>
          <w:color w:val="1B2B4B"/>
          <w:sz w:val="40"/>
        </w:rPr>
        <w:t>PŘEDÁVACÍ PROTOKOL</w:t>
      </w:r>
      <w:r>
        <w:rPr>
          <w:b/>
          <w:color w:val="1B2B4B"/>
          <w:sz w:val="22"/>
        </w:rPr>
        <w:tab/>
        <w:t>o předání a převzetí díla</w:t>
      </w:r>
    </w:p>
    <w:p>
      <w:r>
        <w:rPr>
          <w:color w:val="66716E"/>
          <w:sz w:val="17"/>
        </w:rPr>
        <w:t>Podle smlouvy o dílo č. __________ ze dne 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Zhotovitel (předávající)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Firma / jméno: </w:t>
            </w:r>
            <w:r>
              <w:rPr>
                <w:sz w:val="19"/>
              </w:rPr>
              <w:t>[Název]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IČO: </w:t>
            </w:r>
            <w:r>
              <w:rPr>
                <w:sz w:val="19"/>
              </w:rPr>
              <w:t>[12345678]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Zastoupený: </w:t>
            </w:r>
            <w:r>
              <w:rPr>
                <w:sz w:val="19"/>
              </w:rPr>
              <w:t>[jméno]</w:t>
            </w:r>
          </w:p>
        </w:tc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Objednatel (přejímající)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Jméno / firma: </w:t>
            </w:r>
            <w:r>
              <w:rPr>
                <w:sz w:val="19"/>
              </w:rPr>
              <w:t>[Jméno]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IČO: </w:t>
            </w:r>
            <w:r>
              <w:rPr>
                <w:sz w:val="19"/>
              </w:rPr>
              <w:t>[87654321]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Zastoupený: </w:t>
            </w:r>
            <w:r>
              <w:rPr>
                <w:sz w:val="19"/>
              </w:rPr>
              <w:t>[jméno]</w:t>
            </w:r>
          </w:p>
        </w:tc>
      </w:tr>
    </w:tbl>
    <w:p>
      <w:pPr>
        <w:spacing w:after="60"/>
      </w:pPr>
      <w:r>
        <w:rPr>
          <w:b w:val="0"/>
          <w:sz w:val="19"/>
        </w:rPr>
        <w:t>Předmět díla: [rekonstrukce koupelny včetně obkladů, dlažby a instalací]</w:t>
      </w:r>
    </w:p>
    <w:p>
      <w:pPr>
        <w:spacing w:after="60"/>
      </w:pPr>
      <w:r>
        <w:rPr>
          <w:b w:val="0"/>
          <w:sz w:val="19"/>
        </w:rPr>
        <w:t>Místo: [adresa]    Zahájení: [DD. MM. RRRR]    Dokončení: [DD. MM. RRRR]    Předání a převzetí: [DD. MM. RRRR]</w:t>
      </w:r>
    </w:p>
    <w:p>
      <w:pPr>
        <w:spacing w:after="60"/>
      </w:pPr>
      <w:r>
        <w:rPr>
          <w:b w:val="0"/>
          <w:sz w:val="19"/>
        </w:rPr>
        <w:t>Rozsah: ☐ celé dílo   ☐ část díla (etapa): ______________________</w:t>
      </w:r>
    </w:p>
    <w:p>
      <w:pPr>
        <w:spacing w:before="160" w:after="40"/>
      </w:pPr>
      <w:r>
        <w:rPr>
          <w:b/>
          <w:color w:val="1B2B4B"/>
          <w:sz w:val="22"/>
        </w:rPr>
        <w:t>Soupis vad a nedodělků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5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4535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Popis vady / nedodělku</w:t>
            </w:r>
          </w:p>
        </w:tc>
        <w:tc>
          <w:tcPr>
            <w:tcW w:type="dxa" w:w="1361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Brání užívání?</w:t>
            </w:r>
          </w:p>
        </w:tc>
        <w:tc>
          <w:tcPr>
            <w:tcW w:type="dxa" w:w="1587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Termín odstranění</w:t>
            </w:r>
          </w:p>
        </w:tc>
        <w:tc>
          <w:tcPr>
            <w:tcW w:type="dxa" w:w="181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Odstraněno dne / podpis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814"/>
            <w:shd w:val="clear" w:color="auto" w:fill="F3F4F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814"/>
            <w:shd w:val="clear" w:color="auto" w:fill="F3F4F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4535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814"/>
            <w:shd w:val="clear" w:color="auto" w:fill="F3F4F1"/>
          </w:tcPr>
          <w:p>
            <w:r>
              <w:rPr>
                <w:sz w:val="18"/>
              </w:rPr>
            </w:r>
          </w:p>
        </w:tc>
      </w:tr>
    </w:tbl>
    <w:p>
      <w:pPr>
        <w:spacing w:after="60"/>
      </w:pPr>
      <w:r>
        <w:rPr>
          <w:b w:val="0"/>
          <w:sz w:val="19"/>
        </w:rPr>
        <w:t>Objednatel dílo:   ☐ přejímá bez výhrad   ☐ přejímá s výhradami (vady výše)   ☐ nepřejímá — důvod: __________________________</w:t>
      </w:r>
    </w:p>
    <w:p>
      <w:pPr>
        <w:spacing w:after="60"/>
      </w:pPr>
      <w:r>
        <w:rPr>
          <w:b w:val="0"/>
          <w:sz w:val="19"/>
        </w:rPr>
        <w:t>Předané doklady: ☐ revizní zprávy  ☐ prohlášení o shodě / technické listy  ☐ návody  ☐ stavební deník  ☐ fotodokumentace  ☐ ______</w:t>
      </w:r>
    </w:p>
    <w:p>
      <w:pPr>
        <w:spacing w:after="60"/>
      </w:pPr>
      <w:r>
        <w:rPr>
          <w:b w:val="0"/>
          <w:sz w:val="19"/>
        </w:rPr>
        <w:t>Záruka: ______ měsíců od převzetí.   Zádržné: ______ Kč / ____ % — uvolněno po odstranění vad, nejpozději do ____________.</w:t>
      </w:r>
    </w:p>
    <w:p>
      <w:pPr>
        <w:spacing w:after="60"/>
      </w:pPr>
      <w:r>
        <w:rPr>
          <w:b w:val="0"/>
          <w:sz w:val="19"/>
        </w:rPr>
        <w:t>Stav měřidel (voda / elektro / plyn): ______________________   Klíče / přístupy předány: ☐ ano  ☐ ne</w:t>
      </w:r>
    </w:p>
    <w:p>
      <w:pPr>
        <w:spacing w:after="60"/>
      </w:pPr>
      <w:r>
        <w:rPr>
          <w:b w:val="0"/>
          <w:color w:val="66716E"/>
          <w:sz w:val="16"/>
        </w:rPr>
        <w:t>Protokol je vyhotoven ve dvou výtiscích, po jednom pro každou stranu. Převzetím díla začíná běžet záruční doba a splatnost konečné faktury (podle smlouvy).</w:t>
      </w:r>
    </w:p>
    <w:p>
      <w:pPr>
        <w:spacing w:after="60"/>
      </w:pPr>
      <w:r>
        <w:rPr>
          <w:b w:val="0"/>
          <w:sz w:val="19"/>
        </w:rPr>
        <w:br/>
        <w:t>Za zhotovitele: ______________________      Za objednatele: ______________________      TDI: 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16E"/>
        <w:sz w:val="14"/>
      </w:rPr>
      <w:t>Vzor zdarma od Aistav · aistav.cz/vzory · ceny bez DPH · náležitosti ověřte s účetní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